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A2AA1" w14:textId="13023081" w:rsidR="00F46F28" w:rsidRPr="004B2FF8" w:rsidRDefault="005D6E62" w:rsidP="004B2FF8">
      <w:pPr>
        <w:pStyle w:val="Titolo1"/>
        <w:spacing w:before="0" w:line="360" w:lineRule="auto"/>
        <w:rPr>
          <w:rFonts w:cstheme="majorHAnsi"/>
          <w:color w:val="auto"/>
          <w:sz w:val="24"/>
          <w:szCs w:val="24"/>
          <w:lang w:val="it-IT"/>
        </w:rPr>
      </w:pPr>
      <w:r w:rsidRPr="004B2FF8">
        <w:rPr>
          <w:rFonts w:cstheme="majorHAnsi"/>
          <w:color w:val="auto"/>
          <w:sz w:val="24"/>
          <w:szCs w:val="24"/>
          <w:lang w:val="it-IT"/>
        </w:rPr>
        <w:t>Delega permanente per il ritiro anticipato di studente minorenne – a.s. 202</w:t>
      </w:r>
      <w:r w:rsidR="008E645C">
        <w:rPr>
          <w:rFonts w:cstheme="majorHAnsi"/>
          <w:color w:val="auto"/>
          <w:sz w:val="24"/>
          <w:szCs w:val="24"/>
          <w:lang w:val="it-IT"/>
        </w:rPr>
        <w:t>6</w:t>
      </w:r>
      <w:r w:rsidRPr="004B2FF8">
        <w:rPr>
          <w:rFonts w:cstheme="majorHAnsi"/>
          <w:color w:val="auto"/>
          <w:sz w:val="24"/>
          <w:szCs w:val="24"/>
          <w:lang w:val="it-IT"/>
        </w:rPr>
        <w:t>/202</w:t>
      </w:r>
      <w:r w:rsidR="008E645C">
        <w:rPr>
          <w:rFonts w:cstheme="majorHAnsi"/>
          <w:color w:val="auto"/>
          <w:sz w:val="24"/>
          <w:szCs w:val="24"/>
          <w:lang w:val="it-IT"/>
        </w:rPr>
        <w:t>7</w:t>
      </w:r>
    </w:p>
    <w:p w14:paraId="0EE56817" w14:textId="76495063" w:rsidR="00F46F28" w:rsidRPr="004B2FF8" w:rsidRDefault="005D6E62" w:rsidP="00F53AB1">
      <w:pPr>
        <w:spacing w:after="0" w:line="360" w:lineRule="auto"/>
        <w:rPr>
          <w:rFonts w:asciiTheme="majorHAnsi" w:hAnsiTheme="majorHAnsi" w:cstheme="majorHAnsi"/>
          <w:lang w:val="it-IT"/>
        </w:rPr>
      </w:pPr>
      <w:r w:rsidRPr="004B2FF8">
        <w:rPr>
          <w:rFonts w:asciiTheme="majorHAnsi" w:hAnsiTheme="majorHAnsi" w:cstheme="majorHAnsi"/>
          <w:lang w:val="it-IT"/>
        </w:rPr>
        <w:t>I/Le sottoscritti/e:</w:t>
      </w:r>
      <w:r w:rsidRPr="004B2FF8">
        <w:rPr>
          <w:rFonts w:asciiTheme="majorHAnsi" w:hAnsiTheme="majorHAnsi" w:cstheme="majorHAnsi"/>
          <w:lang w:val="it-IT"/>
        </w:rPr>
        <w:br/>
        <w:t>Genitore/Tutore 1: ____________________________</w:t>
      </w:r>
      <w:r w:rsidR="00F53AB1" w:rsidRPr="004B2FF8">
        <w:rPr>
          <w:rFonts w:asciiTheme="majorHAnsi" w:hAnsiTheme="majorHAnsi" w:cstheme="majorHAnsi"/>
          <w:lang w:val="it-IT"/>
        </w:rPr>
        <w:tab/>
      </w:r>
      <w:r w:rsidR="004B2FF8">
        <w:rPr>
          <w:rFonts w:asciiTheme="majorHAnsi" w:hAnsiTheme="majorHAnsi" w:cstheme="majorHAnsi"/>
          <w:lang w:val="it-IT"/>
        </w:rPr>
        <w:t xml:space="preserve">  </w:t>
      </w:r>
      <w:r w:rsidR="00F53AB1" w:rsidRPr="004B2FF8">
        <w:rPr>
          <w:rFonts w:asciiTheme="majorHAnsi" w:hAnsiTheme="majorHAnsi" w:cstheme="majorHAnsi"/>
          <w:lang w:val="it-IT"/>
        </w:rPr>
        <w:t>Genitore/Tutore 2: ____________________________</w:t>
      </w:r>
      <w:r w:rsidR="00F53AB1" w:rsidRPr="004B2FF8">
        <w:rPr>
          <w:rFonts w:asciiTheme="majorHAnsi" w:hAnsiTheme="majorHAnsi" w:cstheme="majorHAnsi"/>
          <w:lang w:val="it-IT"/>
        </w:rPr>
        <w:tab/>
      </w:r>
    </w:p>
    <w:p w14:paraId="11D6FB8C" w14:textId="4E99E00B" w:rsidR="00F46F28" w:rsidRPr="004B2FF8" w:rsidRDefault="005D6E62" w:rsidP="00F53AB1">
      <w:pPr>
        <w:spacing w:after="0" w:line="360" w:lineRule="auto"/>
        <w:rPr>
          <w:rFonts w:asciiTheme="majorHAnsi" w:hAnsiTheme="majorHAnsi" w:cstheme="majorHAnsi"/>
          <w:lang w:val="it-IT"/>
        </w:rPr>
      </w:pPr>
      <w:r w:rsidRPr="004B2FF8">
        <w:rPr>
          <w:rFonts w:asciiTheme="majorHAnsi" w:hAnsiTheme="majorHAnsi" w:cstheme="majorHAnsi"/>
          <w:lang w:val="it-IT"/>
        </w:rPr>
        <w:t>Nato/a a ____________________ il ___/___/________</w:t>
      </w:r>
      <w:r w:rsidR="00F53AB1" w:rsidRPr="004B2FF8">
        <w:rPr>
          <w:rFonts w:asciiTheme="majorHAnsi" w:hAnsiTheme="majorHAnsi" w:cstheme="majorHAnsi"/>
          <w:lang w:val="it-IT"/>
        </w:rPr>
        <w:t xml:space="preserve">     Nato/a a ____________________ il ___/___/________</w:t>
      </w:r>
    </w:p>
    <w:p w14:paraId="7F7CDE61" w14:textId="1A589321" w:rsidR="00F46F28" w:rsidRPr="004B2FF8" w:rsidRDefault="005D6E62" w:rsidP="00F53AB1">
      <w:pPr>
        <w:spacing w:after="0" w:line="360" w:lineRule="auto"/>
        <w:rPr>
          <w:rFonts w:asciiTheme="majorHAnsi" w:hAnsiTheme="majorHAnsi" w:cstheme="majorHAnsi"/>
          <w:lang w:val="it-IT"/>
        </w:rPr>
      </w:pPr>
      <w:r w:rsidRPr="004B2FF8">
        <w:rPr>
          <w:rFonts w:asciiTheme="majorHAnsi" w:hAnsiTheme="majorHAnsi" w:cstheme="majorHAnsi"/>
          <w:lang w:val="it-IT"/>
        </w:rPr>
        <w:t>Codice fiscale: __________________________</w:t>
      </w:r>
      <w:r w:rsidR="00F53AB1" w:rsidRPr="004B2FF8">
        <w:rPr>
          <w:rFonts w:asciiTheme="majorHAnsi" w:hAnsiTheme="majorHAnsi" w:cstheme="majorHAnsi"/>
          <w:lang w:val="it-IT"/>
        </w:rPr>
        <w:t xml:space="preserve">                 </w:t>
      </w:r>
      <w:r w:rsidR="004B2FF8">
        <w:rPr>
          <w:rFonts w:asciiTheme="majorHAnsi" w:hAnsiTheme="majorHAnsi" w:cstheme="majorHAnsi"/>
          <w:lang w:val="it-IT"/>
        </w:rPr>
        <w:t xml:space="preserve">   </w:t>
      </w:r>
      <w:r w:rsidR="00F53AB1" w:rsidRPr="004B2FF8">
        <w:rPr>
          <w:rFonts w:asciiTheme="majorHAnsi" w:hAnsiTheme="majorHAnsi" w:cstheme="majorHAnsi"/>
          <w:lang w:val="it-IT"/>
        </w:rPr>
        <w:t>Codice fiscale: _________________________________</w:t>
      </w:r>
    </w:p>
    <w:p w14:paraId="746C3C1A" w14:textId="3D4EBD90" w:rsidR="00F46F28" w:rsidRPr="004B2FF8" w:rsidRDefault="005D6E62" w:rsidP="00F53AB1">
      <w:pPr>
        <w:spacing w:after="0" w:line="360" w:lineRule="auto"/>
        <w:rPr>
          <w:rFonts w:asciiTheme="majorHAnsi" w:hAnsiTheme="majorHAnsi" w:cstheme="majorHAnsi"/>
          <w:lang w:val="it-IT"/>
        </w:rPr>
      </w:pPr>
      <w:r w:rsidRPr="004B2FF8">
        <w:rPr>
          <w:rFonts w:asciiTheme="majorHAnsi" w:hAnsiTheme="majorHAnsi" w:cstheme="majorHAnsi"/>
          <w:lang w:val="it-IT"/>
        </w:rPr>
        <w:t>Residente in ________________________________</w:t>
      </w:r>
      <w:r w:rsidR="00F53AB1" w:rsidRPr="004B2FF8">
        <w:rPr>
          <w:rFonts w:asciiTheme="majorHAnsi" w:hAnsiTheme="majorHAnsi" w:cstheme="majorHAnsi"/>
          <w:lang w:val="it-IT"/>
        </w:rPr>
        <w:t xml:space="preserve">          Residente in __________________________________</w:t>
      </w:r>
    </w:p>
    <w:p w14:paraId="7433A975" w14:textId="0B39A6DB" w:rsidR="00F46F28" w:rsidRPr="004B2FF8" w:rsidRDefault="005D6E62" w:rsidP="00F53AB1">
      <w:pPr>
        <w:spacing w:after="0" w:line="360" w:lineRule="auto"/>
        <w:rPr>
          <w:rFonts w:asciiTheme="majorHAnsi" w:hAnsiTheme="majorHAnsi" w:cstheme="majorHAnsi"/>
          <w:lang w:val="it-IT"/>
        </w:rPr>
      </w:pPr>
      <w:r w:rsidRPr="004B2FF8">
        <w:rPr>
          <w:rFonts w:asciiTheme="majorHAnsi" w:hAnsiTheme="majorHAnsi" w:cstheme="majorHAnsi"/>
          <w:lang w:val="it-IT"/>
        </w:rPr>
        <w:t>Tel.: ______________  Email: _______________</w:t>
      </w:r>
      <w:r w:rsidR="00F53AB1" w:rsidRPr="004B2FF8">
        <w:rPr>
          <w:rFonts w:asciiTheme="majorHAnsi" w:hAnsiTheme="majorHAnsi" w:cstheme="majorHAnsi"/>
          <w:lang w:val="it-IT"/>
        </w:rPr>
        <w:t xml:space="preserve">                </w:t>
      </w:r>
      <w:r w:rsidR="004B2FF8">
        <w:rPr>
          <w:rFonts w:asciiTheme="majorHAnsi" w:hAnsiTheme="majorHAnsi" w:cstheme="majorHAnsi"/>
          <w:lang w:val="it-IT"/>
        </w:rPr>
        <w:t xml:space="preserve"> </w:t>
      </w:r>
      <w:r w:rsidR="00F53AB1" w:rsidRPr="004B2FF8">
        <w:rPr>
          <w:rFonts w:asciiTheme="majorHAnsi" w:hAnsiTheme="majorHAnsi" w:cstheme="majorHAnsi"/>
          <w:lang w:val="it-IT"/>
        </w:rPr>
        <w:t>Tel.: _____________________mail: ________________</w:t>
      </w:r>
      <w:r w:rsidR="00F53AB1" w:rsidRPr="004B2FF8">
        <w:rPr>
          <w:rFonts w:asciiTheme="majorHAnsi" w:hAnsiTheme="majorHAnsi" w:cstheme="majorHAnsi"/>
          <w:lang w:val="it-IT"/>
        </w:rPr>
        <w:br/>
        <w:t xml:space="preserve">In </w:t>
      </w:r>
      <w:r w:rsidRPr="004B2FF8">
        <w:rPr>
          <w:rFonts w:asciiTheme="majorHAnsi" w:hAnsiTheme="majorHAnsi" w:cstheme="majorHAnsi"/>
          <w:lang w:val="it-IT"/>
        </w:rPr>
        <w:t xml:space="preserve"> qualità di genitori/esercenti la responsabilità genitoriale/tutori legali dello studente:</w:t>
      </w:r>
      <w:r w:rsidRPr="004B2FF8">
        <w:rPr>
          <w:rFonts w:asciiTheme="majorHAnsi" w:hAnsiTheme="majorHAnsi" w:cstheme="majorHAnsi"/>
          <w:lang w:val="it-IT"/>
        </w:rPr>
        <w:br/>
        <w:t>Studente: ____________________________</w:t>
      </w:r>
    </w:p>
    <w:p w14:paraId="7CF8E037" w14:textId="77777777" w:rsidR="00F46F28" w:rsidRPr="004B2FF8" w:rsidRDefault="005D6E62" w:rsidP="00F53AB1">
      <w:pPr>
        <w:spacing w:after="0" w:line="360" w:lineRule="auto"/>
        <w:rPr>
          <w:rFonts w:asciiTheme="majorHAnsi" w:hAnsiTheme="majorHAnsi" w:cstheme="majorHAnsi"/>
          <w:lang w:val="it-IT"/>
        </w:rPr>
      </w:pPr>
      <w:r w:rsidRPr="004B2FF8">
        <w:rPr>
          <w:rFonts w:asciiTheme="majorHAnsi" w:hAnsiTheme="majorHAnsi" w:cstheme="majorHAnsi"/>
          <w:lang w:val="it-IT"/>
        </w:rPr>
        <w:t>Nato/a a ____________________ il ___/___/________</w:t>
      </w:r>
    </w:p>
    <w:p w14:paraId="5937DBED" w14:textId="77777777" w:rsidR="004B2FF8" w:rsidRDefault="005D6E62" w:rsidP="004B2FF8">
      <w:pPr>
        <w:spacing w:after="0" w:line="240" w:lineRule="auto"/>
        <w:rPr>
          <w:rFonts w:asciiTheme="majorHAnsi" w:hAnsiTheme="majorHAnsi" w:cstheme="majorHAnsi"/>
          <w:b/>
          <w:bCs/>
          <w:lang w:val="it-IT"/>
        </w:rPr>
      </w:pPr>
      <w:r w:rsidRPr="004B2FF8">
        <w:rPr>
          <w:rFonts w:asciiTheme="majorHAnsi" w:hAnsiTheme="majorHAnsi" w:cstheme="majorHAnsi"/>
          <w:lang w:val="it-IT"/>
        </w:rPr>
        <w:t>Classe: _______  Sezione: _______</w:t>
      </w:r>
      <w:r w:rsidRPr="004B2FF8">
        <w:rPr>
          <w:rFonts w:asciiTheme="majorHAnsi" w:hAnsiTheme="majorHAnsi" w:cstheme="majorHAnsi"/>
          <w:lang w:val="it-IT"/>
        </w:rPr>
        <w:br/>
      </w:r>
      <w:r w:rsidR="004B2FF8">
        <w:rPr>
          <w:rFonts w:asciiTheme="majorHAnsi" w:hAnsiTheme="majorHAnsi" w:cstheme="majorHAnsi"/>
          <w:b/>
          <w:bCs/>
          <w:lang w:val="it-IT"/>
        </w:rPr>
        <w:t xml:space="preserve">                                                                                      </w:t>
      </w:r>
      <w:r w:rsidRPr="004B2FF8">
        <w:rPr>
          <w:rFonts w:asciiTheme="majorHAnsi" w:hAnsiTheme="majorHAnsi" w:cstheme="majorHAnsi"/>
          <w:b/>
          <w:bCs/>
          <w:lang w:val="it-IT"/>
        </w:rPr>
        <w:t>DICHIARANO</w:t>
      </w:r>
    </w:p>
    <w:p w14:paraId="0E3486CC" w14:textId="7B006537" w:rsidR="004B2FF8" w:rsidRDefault="005D6E62" w:rsidP="004B2FF8">
      <w:pPr>
        <w:spacing w:after="0" w:line="240" w:lineRule="auto"/>
        <w:rPr>
          <w:rFonts w:asciiTheme="majorHAnsi" w:hAnsiTheme="majorHAnsi" w:cstheme="majorHAnsi"/>
          <w:lang w:val="it-IT"/>
        </w:rPr>
      </w:pPr>
      <w:r w:rsidRPr="004B2FF8">
        <w:rPr>
          <w:rFonts w:asciiTheme="majorHAnsi" w:hAnsiTheme="majorHAnsi" w:cstheme="majorHAnsi"/>
          <w:lang w:val="it-IT"/>
        </w:rPr>
        <w:br/>
        <w:t>di voler delegare permanentemente, per l’intera durata dell’anno scolastico sopra indicato, salvo revoca scritta da comunicarsi alla Segreteria dell’Istituto, la seguente persona al ritiro anticipato dello studente dall’edificio scolastico:</w:t>
      </w:r>
    </w:p>
    <w:p w14:paraId="0E300875" w14:textId="77777777" w:rsidR="004B2FF8" w:rsidRDefault="004B2FF8" w:rsidP="004B2FF8">
      <w:pPr>
        <w:spacing w:after="0" w:line="360" w:lineRule="auto"/>
        <w:rPr>
          <w:rFonts w:asciiTheme="majorHAnsi" w:hAnsiTheme="majorHAnsi" w:cstheme="majorHAnsi"/>
          <w:lang w:val="it-IT"/>
        </w:rPr>
      </w:pPr>
    </w:p>
    <w:p w14:paraId="20D05E04" w14:textId="72B112ED" w:rsidR="00F46F28" w:rsidRPr="004B2FF8" w:rsidRDefault="005D6E62" w:rsidP="004B2FF8">
      <w:pPr>
        <w:spacing w:after="0" w:line="360" w:lineRule="auto"/>
        <w:rPr>
          <w:rFonts w:asciiTheme="majorHAnsi" w:hAnsiTheme="majorHAnsi" w:cstheme="majorHAnsi"/>
          <w:lang w:val="it-IT"/>
        </w:rPr>
      </w:pPr>
      <w:r w:rsidRPr="004B2FF8">
        <w:rPr>
          <w:rFonts w:asciiTheme="majorHAnsi" w:hAnsiTheme="majorHAnsi" w:cstheme="majorHAnsi"/>
          <w:lang w:val="it-IT"/>
        </w:rPr>
        <w:t>Delegato: ________________________________________</w:t>
      </w:r>
    </w:p>
    <w:p w14:paraId="74B377DF" w14:textId="4847D295" w:rsidR="00F46F28" w:rsidRPr="004B2FF8" w:rsidRDefault="005D6E62" w:rsidP="004B2FF8">
      <w:pPr>
        <w:spacing w:after="0" w:line="360" w:lineRule="auto"/>
        <w:rPr>
          <w:rFonts w:asciiTheme="majorHAnsi" w:hAnsiTheme="majorHAnsi" w:cstheme="majorHAnsi"/>
          <w:lang w:val="it-IT"/>
        </w:rPr>
      </w:pPr>
      <w:r w:rsidRPr="004B2FF8">
        <w:rPr>
          <w:rFonts w:asciiTheme="majorHAnsi" w:hAnsiTheme="majorHAnsi" w:cstheme="majorHAnsi"/>
          <w:lang w:val="it-IT"/>
        </w:rPr>
        <w:t>Nato/a a ________________________________ il ___/___/________</w:t>
      </w:r>
    </w:p>
    <w:p w14:paraId="240A9D99" w14:textId="757E932C" w:rsidR="00F46F28" w:rsidRPr="004B2FF8" w:rsidRDefault="005D6E62" w:rsidP="004B2FF8">
      <w:pPr>
        <w:spacing w:after="0" w:line="360" w:lineRule="auto"/>
        <w:rPr>
          <w:rFonts w:asciiTheme="majorHAnsi" w:hAnsiTheme="majorHAnsi" w:cstheme="majorHAnsi"/>
          <w:lang w:val="it-IT"/>
        </w:rPr>
      </w:pPr>
      <w:r w:rsidRPr="004B2FF8">
        <w:rPr>
          <w:rFonts w:asciiTheme="majorHAnsi" w:hAnsiTheme="majorHAnsi" w:cstheme="majorHAnsi"/>
          <w:lang w:val="it-IT"/>
        </w:rPr>
        <w:t>Codice fiscale: __________________________</w:t>
      </w:r>
      <w:r w:rsidR="00F53AB1" w:rsidRPr="004B2FF8">
        <w:rPr>
          <w:rFonts w:asciiTheme="majorHAnsi" w:hAnsiTheme="majorHAnsi" w:cstheme="majorHAnsi"/>
          <w:lang w:val="it-IT"/>
        </w:rPr>
        <w:t>______</w:t>
      </w:r>
    </w:p>
    <w:p w14:paraId="464CCC86" w14:textId="4B3FCEBD" w:rsidR="00F46F28" w:rsidRPr="004B2FF8" w:rsidRDefault="005D6E62" w:rsidP="004B2FF8">
      <w:pPr>
        <w:spacing w:after="0" w:line="360" w:lineRule="auto"/>
        <w:rPr>
          <w:rFonts w:asciiTheme="majorHAnsi" w:hAnsiTheme="majorHAnsi" w:cstheme="majorHAnsi"/>
          <w:lang w:val="it-IT"/>
        </w:rPr>
      </w:pPr>
      <w:r w:rsidRPr="004B2FF8">
        <w:rPr>
          <w:rFonts w:asciiTheme="majorHAnsi" w:hAnsiTheme="majorHAnsi" w:cstheme="majorHAnsi"/>
          <w:lang w:val="it-IT"/>
        </w:rPr>
        <w:t>Residente in ________________________________</w:t>
      </w:r>
      <w:r w:rsidR="00F53AB1" w:rsidRPr="004B2FF8">
        <w:rPr>
          <w:rFonts w:asciiTheme="majorHAnsi" w:hAnsiTheme="majorHAnsi" w:cstheme="majorHAnsi"/>
          <w:lang w:val="it-IT"/>
        </w:rPr>
        <w:t>____</w:t>
      </w:r>
    </w:p>
    <w:p w14:paraId="6EACC222" w14:textId="6D4442B8" w:rsidR="00F53AB1" w:rsidRPr="004B2FF8" w:rsidRDefault="005D6E62" w:rsidP="004B2FF8">
      <w:pPr>
        <w:spacing w:after="0" w:line="360" w:lineRule="auto"/>
        <w:rPr>
          <w:rFonts w:asciiTheme="majorHAnsi" w:hAnsiTheme="majorHAnsi" w:cstheme="majorHAnsi"/>
          <w:lang w:val="it-IT"/>
        </w:rPr>
      </w:pPr>
      <w:r w:rsidRPr="004B2FF8">
        <w:rPr>
          <w:rFonts w:asciiTheme="majorHAnsi" w:hAnsiTheme="majorHAnsi" w:cstheme="majorHAnsi"/>
          <w:lang w:val="it-IT"/>
        </w:rPr>
        <w:t>Tel.: _____________</w:t>
      </w:r>
      <w:r w:rsidR="00F53AB1" w:rsidRPr="004B2FF8">
        <w:rPr>
          <w:rFonts w:asciiTheme="majorHAnsi" w:hAnsiTheme="majorHAnsi" w:cstheme="majorHAnsi"/>
          <w:lang w:val="it-IT"/>
        </w:rPr>
        <w:t>__________</w:t>
      </w:r>
      <w:r w:rsidRPr="004B2FF8">
        <w:rPr>
          <w:rFonts w:asciiTheme="majorHAnsi" w:hAnsiTheme="majorHAnsi" w:cstheme="majorHAnsi"/>
          <w:lang w:val="it-IT"/>
        </w:rPr>
        <w:t>Documento di identità n. ____________</w:t>
      </w:r>
      <w:r w:rsidR="00F53AB1" w:rsidRPr="004B2FF8">
        <w:rPr>
          <w:rFonts w:asciiTheme="majorHAnsi" w:hAnsiTheme="majorHAnsi" w:cstheme="majorHAnsi"/>
          <w:lang w:val="it-IT"/>
        </w:rPr>
        <w:t>_______</w:t>
      </w:r>
    </w:p>
    <w:p w14:paraId="4CA600A8" w14:textId="77777777" w:rsidR="004B2FF8" w:rsidRDefault="005D6E62" w:rsidP="004B2FF8">
      <w:pPr>
        <w:spacing w:after="0" w:line="240" w:lineRule="auto"/>
        <w:rPr>
          <w:rFonts w:asciiTheme="majorHAnsi" w:hAnsiTheme="majorHAnsi" w:cstheme="majorHAnsi"/>
          <w:lang w:val="it-IT"/>
        </w:rPr>
      </w:pPr>
      <w:r w:rsidRPr="004B2FF8">
        <w:rPr>
          <w:rFonts w:asciiTheme="majorHAnsi" w:hAnsiTheme="majorHAnsi" w:cstheme="majorHAnsi"/>
          <w:lang w:val="it-IT"/>
        </w:rPr>
        <w:t xml:space="preserve"> rilasciato da</w:t>
      </w:r>
      <w:r w:rsidR="00F53AB1" w:rsidRPr="004B2FF8">
        <w:rPr>
          <w:rFonts w:asciiTheme="majorHAnsi" w:hAnsiTheme="majorHAnsi" w:cstheme="majorHAnsi"/>
          <w:lang w:val="it-IT"/>
        </w:rPr>
        <w:t>____________</w:t>
      </w:r>
      <w:r w:rsidRPr="004B2FF8">
        <w:rPr>
          <w:rFonts w:asciiTheme="majorHAnsi" w:hAnsiTheme="majorHAnsi" w:cstheme="majorHAnsi"/>
          <w:lang w:val="it-IT"/>
        </w:rPr>
        <w:t xml:space="preserve"> il ___/___/________</w:t>
      </w:r>
    </w:p>
    <w:p w14:paraId="744A6B5A" w14:textId="2C3D745E" w:rsidR="00F46F28" w:rsidRPr="004B2FF8" w:rsidRDefault="005D6E62" w:rsidP="004B2FF8">
      <w:pPr>
        <w:spacing w:after="0" w:line="240" w:lineRule="auto"/>
        <w:rPr>
          <w:rFonts w:asciiTheme="majorHAnsi" w:hAnsiTheme="majorHAnsi" w:cstheme="majorHAnsi"/>
          <w:lang w:val="it-IT"/>
        </w:rPr>
      </w:pPr>
      <w:r w:rsidRPr="004B2FF8">
        <w:rPr>
          <w:rFonts w:asciiTheme="majorHAnsi" w:hAnsiTheme="majorHAnsi" w:cstheme="majorHAnsi"/>
          <w:lang w:val="it-IT"/>
        </w:rPr>
        <w:br/>
        <w:t>Il/la delegato/a è autorizzato/a a prelevare lo studente minorenne prima del termine delle lezioni, nei casi previsti, assumendosi ogni responsabilità connessa all’accompagnamento dello stesso al di fuori dei locali scolastici.</w:t>
      </w:r>
      <w:r w:rsidRPr="004B2FF8">
        <w:rPr>
          <w:rFonts w:asciiTheme="majorHAnsi" w:hAnsiTheme="majorHAnsi" w:cstheme="majorHAnsi"/>
          <w:lang w:val="it-IT"/>
        </w:rPr>
        <w:br/>
      </w:r>
    </w:p>
    <w:p w14:paraId="77BA2BAE" w14:textId="4EFCF122" w:rsidR="00F46F28" w:rsidRPr="004B2FF8" w:rsidRDefault="005D6E62" w:rsidP="004B2FF8">
      <w:pPr>
        <w:spacing w:after="0" w:line="240" w:lineRule="auto"/>
        <w:rPr>
          <w:rFonts w:asciiTheme="majorHAnsi" w:hAnsiTheme="majorHAnsi" w:cstheme="majorHAnsi"/>
          <w:lang w:val="it-IT"/>
        </w:rPr>
      </w:pPr>
      <w:r w:rsidRPr="004B2FF8">
        <w:rPr>
          <w:rFonts w:asciiTheme="majorHAnsi" w:hAnsiTheme="majorHAnsi" w:cstheme="majorHAnsi"/>
          <w:lang w:val="it-IT"/>
        </w:rPr>
        <w:t>I/Le sottoscritti/e dichiarano inoltre di:</w:t>
      </w:r>
      <w:r w:rsidRPr="004B2FF8">
        <w:rPr>
          <w:rFonts w:asciiTheme="majorHAnsi" w:hAnsiTheme="majorHAnsi" w:cstheme="majorHAnsi"/>
          <w:lang w:val="it-IT"/>
        </w:rPr>
        <w:br/>
        <w:t>- essere consapevoli che la delega ha validità per tutto l’anno scolastico, salvo revoca scritta;</w:t>
      </w:r>
    </w:p>
    <w:p w14:paraId="71B1C59B" w14:textId="77777777" w:rsidR="005D6E62" w:rsidRPr="004B2FF8" w:rsidRDefault="005D6E62" w:rsidP="004B2FF8">
      <w:pPr>
        <w:spacing w:after="0" w:line="240" w:lineRule="auto"/>
        <w:rPr>
          <w:rFonts w:asciiTheme="majorHAnsi" w:hAnsiTheme="majorHAnsi" w:cstheme="majorHAnsi"/>
          <w:lang w:val="it-IT"/>
        </w:rPr>
      </w:pPr>
      <w:r w:rsidRPr="004B2FF8">
        <w:rPr>
          <w:rFonts w:asciiTheme="majorHAnsi" w:hAnsiTheme="majorHAnsi" w:cstheme="majorHAnsi"/>
          <w:lang w:val="it-IT"/>
        </w:rPr>
        <w:t>- manlevare l’Istituto Scolastico da ogni responsabilità civile derivante dal momento del ritiro dello studente da parte della persona delegata.</w:t>
      </w:r>
      <w:r w:rsidRPr="004B2FF8">
        <w:rPr>
          <w:rFonts w:asciiTheme="majorHAnsi" w:hAnsiTheme="majorHAnsi" w:cstheme="majorHAnsi"/>
          <w:lang w:val="it-IT"/>
        </w:rPr>
        <w:br/>
      </w:r>
    </w:p>
    <w:p w14:paraId="564BEDF0" w14:textId="58BB7D9E" w:rsidR="005D6E62" w:rsidRPr="004B2FF8" w:rsidRDefault="00F53AB1" w:rsidP="00F53AB1">
      <w:pPr>
        <w:spacing w:after="0" w:line="360" w:lineRule="auto"/>
        <w:rPr>
          <w:rFonts w:asciiTheme="majorHAnsi" w:eastAsia="Times New Roman" w:hAnsiTheme="majorHAnsi" w:cstheme="majorHAnsi"/>
          <w:b/>
          <w:bCs/>
          <w:lang w:val="it-IT" w:eastAsia="it-IT"/>
        </w:rPr>
      </w:pPr>
      <w:r w:rsidRPr="004B2FF8">
        <w:rPr>
          <w:rFonts w:asciiTheme="majorHAnsi" w:eastAsia="Times New Roman" w:hAnsiTheme="majorHAnsi" w:cstheme="majorHAnsi"/>
          <w:b/>
          <w:bCs/>
          <w:lang w:val="it-IT" w:eastAsia="it-IT"/>
        </w:rPr>
        <w:t>DICHIARAZIONE DELLE RESPONSABILITÀ GENITORIALI</w:t>
      </w:r>
    </w:p>
    <w:p w14:paraId="5C7B270D" w14:textId="77777777" w:rsidR="00F53AB1" w:rsidRPr="004B2FF8" w:rsidRDefault="00F53AB1" w:rsidP="00F53AB1">
      <w:pPr>
        <w:spacing w:after="0" w:line="240" w:lineRule="auto"/>
        <w:rPr>
          <w:rFonts w:asciiTheme="majorHAnsi" w:eastAsia="Times New Roman" w:hAnsiTheme="majorHAnsi" w:cstheme="majorHAnsi"/>
          <w:lang w:val="it-IT" w:eastAsia="it-IT"/>
        </w:rPr>
      </w:pPr>
      <w:r w:rsidRPr="004B2FF8">
        <w:rPr>
          <w:rFonts w:ascii="Segoe UI Symbol" w:eastAsia="Times New Roman" w:hAnsi="Segoe UI Symbol" w:cs="Segoe UI Symbol"/>
          <w:lang w:val="it-IT" w:eastAsia="it-IT"/>
        </w:rPr>
        <w:t>☐</w:t>
      </w:r>
      <w:r w:rsidRPr="004B2FF8">
        <w:rPr>
          <w:rFonts w:asciiTheme="majorHAnsi" w:eastAsia="Times New Roman" w:hAnsiTheme="majorHAnsi" w:cstheme="majorHAnsi"/>
          <w:lang w:val="it-IT" w:eastAsia="it-IT"/>
        </w:rPr>
        <w:t xml:space="preserve"> </w:t>
      </w:r>
      <w:r w:rsidRPr="004B2FF8">
        <w:rPr>
          <w:rFonts w:asciiTheme="majorHAnsi" w:eastAsia="Times New Roman" w:hAnsiTheme="majorHAnsi" w:cstheme="majorHAnsi"/>
          <w:b/>
          <w:bCs/>
          <w:lang w:val="it-IT" w:eastAsia="it-IT"/>
        </w:rPr>
        <w:t>(Opzione A – Firma di entrambi i genitori/tutori)</w:t>
      </w:r>
      <w:r w:rsidRPr="004B2FF8">
        <w:rPr>
          <w:rFonts w:asciiTheme="majorHAnsi" w:eastAsia="Times New Roman" w:hAnsiTheme="majorHAnsi" w:cstheme="majorHAnsi"/>
          <w:lang w:val="it-IT" w:eastAsia="it-IT"/>
        </w:rPr>
        <w:br/>
        <w:t>I sottoscritti genitori/tutori dichiarano di autorizzare congiuntamente l’uscita anticipata secondo le modalità sopra indicate.</w:t>
      </w:r>
    </w:p>
    <w:p w14:paraId="7B960C8A" w14:textId="77777777" w:rsidR="00F53AB1" w:rsidRPr="004B2FF8" w:rsidRDefault="00F53AB1" w:rsidP="00F53AB1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it-IT" w:eastAsia="it-IT"/>
        </w:rPr>
      </w:pPr>
      <w:r w:rsidRPr="004B2FF8">
        <w:rPr>
          <w:rFonts w:asciiTheme="majorHAnsi" w:eastAsia="Times New Roman" w:hAnsiTheme="majorHAnsi" w:cstheme="majorHAnsi"/>
          <w:lang w:val="it-IT" w:eastAsia="it-IT"/>
        </w:rPr>
        <w:t>Firma del Genitore 1 ___________________________</w:t>
      </w:r>
      <w:r w:rsidRPr="004B2FF8">
        <w:rPr>
          <w:rFonts w:asciiTheme="majorHAnsi" w:eastAsia="Times New Roman" w:hAnsiTheme="majorHAnsi" w:cstheme="majorHAnsi"/>
          <w:lang w:val="it-IT" w:eastAsia="it-IT"/>
        </w:rPr>
        <w:br/>
        <w:t>(Firma leggibile)</w:t>
      </w:r>
    </w:p>
    <w:p w14:paraId="466BFCC6" w14:textId="77777777" w:rsidR="00F53AB1" w:rsidRPr="004B2FF8" w:rsidRDefault="00F53AB1" w:rsidP="00F53AB1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it-IT" w:eastAsia="it-IT"/>
        </w:rPr>
      </w:pPr>
      <w:r w:rsidRPr="004B2FF8">
        <w:rPr>
          <w:rFonts w:asciiTheme="majorHAnsi" w:eastAsia="Times New Roman" w:hAnsiTheme="majorHAnsi" w:cstheme="majorHAnsi"/>
          <w:lang w:val="it-IT" w:eastAsia="it-IT"/>
        </w:rPr>
        <w:t>Firma del Genitore 2 ___________________________</w:t>
      </w:r>
      <w:r w:rsidRPr="004B2FF8">
        <w:rPr>
          <w:rFonts w:asciiTheme="majorHAnsi" w:eastAsia="Times New Roman" w:hAnsiTheme="majorHAnsi" w:cstheme="majorHAnsi"/>
          <w:lang w:val="it-IT" w:eastAsia="it-IT"/>
        </w:rPr>
        <w:br/>
        <w:t>(Firma leggibile)</w:t>
      </w:r>
    </w:p>
    <w:p w14:paraId="37CD0E79" w14:textId="77777777" w:rsidR="00F53AB1" w:rsidRPr="004B2FF8" w:rsidRDefault="00F53AB1" w:rsidP="00F53AB1">
      <w:pPr>
        <w:spacing w:after="0" w:line="240" w:lineRule="auto"/>
        <w:rPr>
          <w:rFonts w:asciiTheme="majorHAnsi" w:eastAsia="Times New Roman" w:hAnsiTheme="majorHAnsi" w:cstheme="majorHAnsi"/>
          <w:b/>
          <w:bCs/>
          <w:lang w:val="it-IT" w:eastAsia="it-IT"/>
        </w:rPr>
      </w:pPr>
      <w:r w:rsidRPr="004B2FF8">
        <w:rPr>
          <w:rFonts w:ascii="Segoe UI Symbol" w:eastAsia="Times New Roman" w:hAnsi="Segoe UI Symbol" w:cs="Segoe UI Symbol"/>
          <w:lang w:val="it-IT" w:eastAsia="it-IT"/>
        </w:rPr>
        <w:t>☐</w:t>
      </w:r>
      <w:r w:rsidRPr="004B2FF8">
        <w:rPr>
          <w:rFonts w:asciiTheme="majorHAnsi" w:eastAsia="Times New Roman" w:hAnsiTheme="majorHAnsi" w:cstheme="majorHAnsi"/>
          <w:lang w:val="it-IT" w:eastAsia="it-IT"/>
        </w:rPr>
        <w:t xml:space="preserve"> </w:t>
      </w:r>
      <w:r w:rsidRPr="004B2FF8">
        <w:rPr>
          <w:rFonts w:asciiTheme="majorHAnsi" w:eastAsia="Times New Roman" w:hAnsiTheme="majorHAnsi" w:cstheme="majorHAnsi"/>
          <w:b/>
          <w:bCs/>
          <w:lang w:val="it-IT" w:eastAsia="it-IT"/>
        </w:rPr>
        <w:t>(Opzione B – Firma di un solo genitore/tutore con esonero dell’altro)</w:t>
      </w:r>
    </w:p>
    <w:p w14:paraId="50B109EE" w14:textId="77777777" w:rsidR="00F53AB1" w:rsidRPr="004B2FF8" w:rsidRDefault="00F53AB1" w:rsidP="00F53AB1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bCs/>
          <w:lang w:val="it-IT" w:eastAsia="it-IT"/>
        </w:rPr>
      </w:pPr>
      <w:r w:rsidRPr="004B2FF8">
        <w:rPr>
          <w:rFonts w:asciiTheme="majorHAnsi" w:eastAsia="Times New Roman" w:hAnsiTheme="majorHAnsi" w:cstheme="majorHAnsi"/>
          <w:lang w:val="it-IT" w:eastAsia="it-IT"/>
        </w:rPr>
        <w:lastRenderedPageBreak/>
        <w:br/>
        <w:t xml:space="preserve">Il/La sottoscritto/a dichiara di esercitare la responsabilità genitoriale sul/la minore indicato/a e, con la firma della presente autorizzazione, </w:t>
      </w:r>
      <w:r w:rsidRPr="004B2FF8">
        <w:rPr>
          <w:rFonts w:asciiTheme="majorHAnsi" w:eastAsia="Times New Roman" w:hAnsiTheme="majorHAnsi" w:cstheme="majorHAnsi"/>
          <w:b/>
          <w:bCs/>
          <w:lang w:val="it-IT" w:eastAsia="it-IT"/>
        </w:rPr>
        <w:t>si assume ogni responsabilità civile e penale derivante dalla scelta effettuata, esonerando l’altro genitore da ogni coinvolgimento e l’Istituzione scolastica da ogni responsabilità ulteriore</w:t>
      </w:r>
      <w:r w:rsidRPr="004B2FF8">
        <w:rPr>
          <w:rFonts w:asciiTheme="majorHAnsi" w:eastAsia="Times New Roman" w:hAnsiTheme="majorHAnsi" w:cstheme="majorHAnsi"/>
          <w:lang w:val="it-IT" w:eastAsia="it-IT"/>
        </w:rPr>
        <w:t>.</w:t>
      </w:r>
    </w:p>
    <w:p w14:paraId="32D6BE5D" w14:textId="77777777" w:rsidR="00F53AB1" w:rsidRPr="004B2FF8" w:rsidRDefault="00F53AB1" w:rsidP="00F53AB1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it-IT" w:eastAsia="it-IT"/>
        </w:rPr>
      </w:pPr>
      <w:r w:rsidRPr="004B2FF8">
        <w:rPr>
          <w:rFonts w:asciiTheme="majorHAnsi" w:eastAsia="Times New Roman" w:hAnsiTheme="majorHAnsi" w:cstheme="majorHAnsi"/>
          <w:lang w:val="it-IT" w:eastAsia="it-IT"/>
        </w:rPr>
        <w:t>Firma del Genitore/Tutore ___________________________</w:t>
      </w:r>
      <w:r w:rsidRPr="004B2FF8">
        <w:rPr>
          <w:rFonts w:asciiTheme="majorHAnsi" w:eastAsia="Times New Roman" w:hAnsiTheme="majorHAnsi" w:cstheme="majorHAnsi"/>
          <w:lang w:val="it-IT" w:eastAsia="it-IT"/>
        </w:rPr>
        <w:br/>
        <w:t>(Firma leggibile)</w:t>
      </w:r>
    </w:p>
    <w:p w14:paraId="26EEE58E" w14:textId="03B26E4B" w:rsidR="00F46F28" w:rsidRPr="004B2FF8" w:rsidRDefault="005D6E62" w:rsidP="00F53AB1">
      <w:pPr>
        <w:spacing w:after="0" w:line="360" w:lineRule="auto"/>
        <w:rPr>
          <w:rFonts w:asciiTheme="majorHAnsi" w:hAnsiTheme="majorHAnsi" w:cstheme="majorHAnsi"/>
          <w:b/>
          <w:bCs/>
          <w:lang w:val="it-IT"/>
        </w:rPr>
      </w:pPr>
      <w:r w:rsidRPr="004B2FF8">
        <w:rPr>
          <w:rFonts w:asciiTheme="majorHAnsi" w:hAnsiTheme="majorHAnsi" w:cstheme="majorHAnsi"/>
          <w:b/>
          <w:bCs/>
          <w:lang w:val="it-IT"/>
        </w:rPr>
        <w:t>Firma per accettazione della persona delegata:</w:t>
      </w:r>
      <w:r w:rsidRPr="004B2FF8">
        <w:rPr>
          <w:rFonts w:asciiTheme="majorHAnsi" w:hAnsiTheme="majorHAnsi" w:cstheme="majorHAnsi"/>
          <w:b/>
          <w:bCs/>
          <w:lang w:val="it-IT"/>
        </w:rPr>
        <w:br/>
      </w:r>
    </w:p>
    <w:p w14:paraId="37CA5D82" w14:textId="5AAA7BD4" w:rsidR="005D6E62" w:rsidRPr="004B2FF8" w:rsidRDefault="005D6E62" w:rsidP="00F53AB1">
      <w:pPr>
        <w:spacing w:after="0" w:line="360" w:lineRule="auto"/>
        <w:rPr>
          <w:rFonts w:asciiTheme="majorHAnsi" w:hAnsiTheme="majorHAnsi" w:cstheme="majorHAnsi"/>
          <w:lang w:val="it-IT"/>
        </w:rPr>
      </w:pPr>
      <w:r w:rsidRPr="004B2FF8">
        <w:rPr>
          <w:rFonts w:asciiTheme="majorHAnsi" w:hAnsiTheme="majorHAnsi" w:cstheme="majorHAnsi"/>
          <w:lang w:val="it-IT"/>
        </w:rPr>
        <w:t>_____________________________</w:t>
      </w:r>
      <w:r w:rsidRPr="004B2FF8">
        <w:rPr>
          <w:rFonts w:asciiTheme="majorHAnsi" w:hAnsiTheme="majorHAnsi" w:cstheme="majorHAnsi"/>
          <w:lang w:val="it-IT"/>
        </w:rPr>
        <w:br/>
        <w:t>(Firma del Delegato)</w:t>
      </w:r>
    </w:p>
    <w:p w14:paraId="595D5A71" w14:textId="77777777" w:rsidR="005D6E62" w:rsidRPr="004B2FF8" w:rsidRDefault="005D6E62" w:rsidP="00F53AB1">
      <w:pPr>
        <w:spacing w:after="0" w:line="360" w:lineRule="auto"/>
        <w:rPr>
          <w:rFonts w:asciiTheme="majorHAnsi" w:hAnsiTheme="majorHAnsi" w:cstheme="majorHAnsi"/>
          <w:lang w:val="it-IT"/>
        </w:rPr>
      </w:pPr>
    </w:p>
    <w:p w14:paraId="697222B5" w14:textId="77777777" w:rsidR="005D6E62" w:rsidRPr="004B2FF8" w:rsidRDefault="005D6E62" w:rsidP="005D6E62">
      <w:pPr>
        <w:spacing w:after="0" w:line="360" w:lineRule="auto"/>
        <w:rPr>
          <w:rFonts w:asciiTheme="majorHAnsi" w:hAnsiTheme="majorHAnsi" w:cstheme="majorHAnsi"/>
          <w:lang w:val="it-IT"/>
        </w:rPr>
      </w:pPr>
      <w:r w:rsidRPr="004B2FF8">
        <w:rPr>
          <w:rFonts w:asciiTheme="majorHAnsi" w:hAnsiTheme="majorHAnsi" w:cstheme="majorHAnsi"/>
          <w:lang w:val="it-IT"/>
        </w:rPr>
        <w:t>Luogo e data: ______________________________</w:t>
      </w:r>
    </w:p>
    <w:p w14:paraId="4F20BE67" w14:textId="16B1407D" w:rsidR="00F46F28" w:rsidRPr="004B2FF8" w:rsidRDefault="005D6E62" w:rsidP="00F53AB1">
      <w:pPr>
        <w:spacing w:after="0" w:line="360" w:lineRule="auto"/>
        <w:rPr>
          <w:rFonts w:asciiTheme="majorHAnsi" w:hAnsiTheme="majorHAnsi" w:cstheme="majorHAnsi"/>
          <w:lang w:val="it-IT"/>
        </w:rPr>
      </w:pPr>
      <w:r w:rsidRPr="004B2FF8">
        <w:rPr>
          <w:rFonts w:asciiTheme="majorHAnsi" w:hAnsiTheme="majorHAnsi" w:cstheme="majorHAnsi"/>
          <w:lang w:val="it-IT"/>
        </w:rPr>
        <w:br/>
        <w:t>Allegare:</w:t>
      </w:r>
      <w:r w:rsidRPr="004B2FF8">
        <w:rPr>
          <w:rFonts w:asciiTheme="majorHAnsi" w:hAnsiTheme="majorHAnsi" w:cstheme="majorHAnsi"/>
          <w:lang w:val="it-IT"/>
        </w:rPr>
        <w:br/>
        <w:t>- Copia del documento di identità de</w:t>
      </w:r>
      <w:r w:rsidR="004B2FF8">
        <w:rPr>
          <w:rFonts w:asciiTheme="majorHAnsi" w:hAnsiTheme="majorHAnsi" w:cstheme="majorHAnsi"/>
          <w:lang w:val="it-IT"/>
        </w:rPr>
        <w:t>l/i</w:t>
      </w:r>
      <w:r w:rsidRPr="004B2FF8">
        <w:rPr>
          <w:rFonts w:asciiTheme="majorHAnsi" w:hAnsiTheme="majorHAnsi" w:cstheme="majorHAnsi"/>
          <w:lang w:val="it-IT"/>
        </w:rPr>
        <w:t xml:space="preserve"> genitor</w:t>
      </w:r>
      <w:r w:rsidR="004B2FF8">
        <w:rPr>
          <w:rFonts w:asciiTheme="majorHAnsi" w:hAnsiTheme="majorHAnsi" w:cstheme="majorHAnsi"/>
          <w:lang w:val="it-IT"/>
        </w:rPr>
        <w:t>e/i</w:t>
      </w:r>
      <w:r w:rsidRPr="004B2FF8">
        <w:rPr>
          <w:rFonts w:asciiTheme="majorHAnsi" w:hAnsiTheme="majorHAnsi" w:cstheme="majorHAnsi"/>
          <w:lang w:val="it-IT"/>
        </w:rPr>
        <w:t>/esercenti la responsabilità genitoriale</w:t>
      </w:r>
      <w:r w:rsidRPr="004B2FF8">
        <w:rPr>
          <w:rFonts w:asciiTheme="majorHAnsi" w:hAnsiTheme="majorHAnsi" w:cstheme="majorHAnsi"/>
          <w:lang w:val="it-IT"/>
        </w:rPr>
        <w:br/>
        <w:t>- Copia del documento di identità del delegato</w:t>
      </w:r>
    </w:p>
    <w:sectPr w:rsidR="00F46F28" w:rsidRPr="004B2FF8" w:rsidSect="004B2FF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81874892">
    <w:abstractNumId w:val="8"/>
  </w:num>
  <w:num w:numId="2" w16cid:durableId="1105341069">
    <w:abstractNumId w:val="6"/>
  </w:num>
  <w:num w:numId="3" w16cid:durableId="120006151">
    <w:abstractNumId w:val="5"/>
  </w:num>
  <w:num w:numId="4" w16cid:durableId="1321077622">
    <w:abstractNumId w:val="4"/>
  </w:num>
  <w:num w:numId="5" w16cid:durableId="300308431">
    <w:abstractNumId w:val="7"/>
  </w:num>
  <w:num w:numId="6" w16cid:durableId="1270551683">
    <w:abstractNumId w:val="3"/>
  </w:num>
  <w:num w:numId="7" w16cid:durableId="1144159464">
    <w:abstractNumId w:val="2"/>
  </w:num>
  <w:num w:numId="8" w16cid:durableId="1032926874">
    <w:abstractNumId w:val="1"/>
  </w:num>
  <w:num w:numId="9" w16cid:durableId="863176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B2FF8"/>
    <w:rsid w:val="005D6E62"/>
    <w:rsid w:val="008E645C"/>
    <w:rsid w:val="00AA1D8D"/>
    <w:rsid w:val="00B47730"/>
    <w:rsid w:val="00CB0664"/>
    <w:rsid w:val="00ED73F2"/>
    <w:rsid w:val="00F46F28"/>
    <w:rsid w:val="00F53AB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EEA8F7"/>
  <w14:defaultImageDpi w14:val="300"/>
  <w15:docId w15:val="{08F7B0EA-78E3-4FC4-9E4D-8D9D89B9E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3172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mader</cp:lastModifiedBy>
  <cp:revision>4</cp:revision>
  <dcterms:created xsi:type="dcterms:W3CDTF">2025-10-04T18:20:00Z</dcterms:created>
  <dcterms:modified xsi:type="dcterms:W3CDTF">2026-09-04T10:47:00Z</dcterms:modified>
  <cp:category/>
</cp:coreProperties>
</file>